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מבצע או מלכודת?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מתי מבצע הוא עסקה משתלמת ומתי הוא מלכודת שיווקית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השוואת מחיר ליחידה לפני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חשיבה ביקורתית כצרכנים נבונים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מלכודות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חוסך כסף על מוצר שבאמת צריכים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מקבלים יותר באותו מחיר 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להשוות את המחיר ליחידה לפני ואחרי המבצע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תאריך התפוגה של המוצר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עסקה טובה או מלכודת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(עסקה טובה)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(מלכודת)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(מלכודת)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(עסקה טובה)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איך בודקים מבצע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אם אני באמת צריך/ה את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להשוות את מחיר היחידה למחיר הרגיל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לבדוק את תאריך התפוגה אם רלוונטי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להחליט אם המבצע באמת משתלם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פרסום שגורם לקנות דברים מיותרים או ביוקר, תוך הצגתם כזולים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מוצר שבו שימוש קבוע במחיר ליחידה נמוך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מצב של קנייה מיותרת או מחיר מנופח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סבירה: צורך אישי, מחיר ליחידה, או תאריך תפוגה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עם דוגמאות אמיתיות מהבית כדי לחבר את הנושא לחיי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דיון קבוצתי סביב חלק ההתאמה וההתנגשויות בין דעות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מבצע או מלכודת?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כל יום אנחנו נתקלים במבצעים בחנויות וברשת. חלק מהם באמת חוסכים לנו כסף, וחלק גורמים לנו לקנות דברים שלא היינו קונים בלי השלט הצבעוני. בדף הזה נלמד איך להבדיל ביניהם.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מחיר  ·  צריך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מלכודות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קניית אריזה גדולה במחיר ליחידה נמוך, של מוצר שמשתמשים בו כל הזמן, היא בדרך כלל עסקה טובה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מבצע 1+1 על מוצר שקונים ממילא ומחירו לא עלה לפני המבצע, הוא בדרך כלל עסקה משתלמת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הדרך הטובה ביותר לבדוק אם מבצע באמת משתלם?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להשוות את המחיר ליחידה לפני ואחרי המבצע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לסמוך על השלט הצבעוני בחנות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לקנות כי אנשים רבים קונים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חשוב לבדוק לפני קניית אריזת ענק של מוצר מתכלה?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הצבע של האריזה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תאריך התפוגה של המוצר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גודל החנות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מבצע 1+1 משתלם רק אם אני באמת __________ את שני המוצרים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כדי לדעת אם מבצע משתלם כדאי להשוות את ה__________ ליחידה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- עסקה טובה או מלכודת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אריזת ענק של נייר טואלט שמשתמשים בו כל 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מלכודת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קניית חמש יחידות גלידה שתפוג בעוד שבוע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עסקה טובה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מוצר עם 'מחיר מוזל' שבעצם הועלה קודם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עסקה טובה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מבצע 1+1 על קפה שתמיד קונים בבית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מלכודת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איך בודקים מבצע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להחליט אם המבצע באמת משתלם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אם אני באמת צריך/ה את המוצר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להשוות את מחיר היחידה למחיר הרגיל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את תאריך התפוגה אם רלוונטי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מהי מלכודת שיווקית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למבצע שהוא עסקה טובה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למבצע שהוא מלכודת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מבצע או מלכודת?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