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מבצע או מלכודת?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מתי מבצע הוא עסקה משתלמת ומתי הוא מלכודת שיווקית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השוואת מחיר ליחידה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כצרכנים נבונים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מלכודות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חוסך כסף על מוצר שבאמת צריכים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המוצר עלול להתבזבז לפני השימוש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מקבלים יותר באותו מחיר 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מלכודת - המחיר 'המוזל' בעצם המחיר הרגיל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עוזרת לגלות איזו אריזה באמת זולה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להשוות את המחיר ליחידה לפני ואחרי המבצע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לעודד אותנו לקנות יותר ממה שבאמת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תאריך התפוגה של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קנייה פתאומית בלי מחשבה מוקדמת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תפוגה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להוציא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עסקה טובה או מלכודת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(עסקה 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(מלכודת)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(מלכודת)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(עסקה טובה)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איך בודקים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אם אני באמת צריך/ה את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להשוות את מחיר היחידה למחיר הרגיל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לבדוק את תאריך התפוגה אם רלוונטי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להחליט אם המבצע באמת משתלם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פרסום שגורם לקנות דברים מיותרים או ביוקר, תוך הצגתם כזולים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קניית כמות גדולה ממוצר מתכלה שלא יספיקו להשתמש בו לפני שיפוג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מוצר שבו שימוש קבוע במחיר ליחידה נמוך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מצב של קנייה מיותרת או מחיר מנופח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סבירה: צורך אישי, מחיר ליחידה, או תאריך תפוגה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דוגמאות אמיתיות מהבית כדי לחבר את הנושא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קבוצתי סביב חלק ההתאמה וההתנגשויות בין דעות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מבצע או מלכודת?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מבצע הוא טוב בשבילנו, ולפעמים הוא גורם לנו לקנות דברים מיותרים. נלמד איך לבדוק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הצעה למחיר זול יותר על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מלכודת שיווקית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שגורם לנו לקנות דברים שלא צריך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ליחידה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עולה גרם אחד או מ״ל אחד מהמוצר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צרכנות נבונה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מחושבת ולא אוטומטית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אריזת ענק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אריזה גדולה מהרגיל של 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קנייה אימפולסיבית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פתאומית בלי מחשבה מראש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תאריך שעד אליו המוצר בשימוש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השוואת מחירים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מחיר אותו מוצר בכמה מקומות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מלכודות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קניית אריזה גדולה במחיר ליחידה נמוך, של מוצר שמשתמשים בו כל הזמן, היא בדרך כלל עסקה טובה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קניית שלוש יחידות במבצע של מוצר שלא יספיק להשתמש בו לפני שיפוג, היא עסקה טובה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1+1 על מוצר שקונים ממילא ומחירו לא עלה לפני המבצע, הוא בדרך כלל עסקה משתלמת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המחיר הועלה לפני ההכרזה על המבצע, מדובר במבצע אמיתי וחסכוני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השוואת מחיר ליחידה בין שתי אריזות שונות היא הרגל צרכני נבון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בודקים אם מבצע כדאי?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להשוות את המחיר ליחידה לפני ואחרי המבצע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לסמוך על השלט הצבעוני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כי אנשים רבים 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לקנות מהר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יש אריזות ענק גדולות?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לחסוך לצרכן בכל 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לעודד אותנו לקנות יותר ממה שבאמת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טוב יותר לסביבה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אריזות קטנות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לפני קניית אריזה 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הצבע של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תאריך התפוגה של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גודל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המותג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קנייה פתאומית?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קנייה מתוכננת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קנייה פתאומית בלי מחשבה מוקדמת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קנייה של מוצרים זולים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קנייה דרך רשימת קניות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מבצע 1+1 משתלם רק אם אני באמת __________ את שני המוצרים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לדעת אם מבצע משתלם כדאי להשוות את ה__________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קנייה של מוצרים רק בגלל שהם ב"__________" נקראת קנייה אימפולסיבית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קניית אריזת ענק כדאי לבדוק את תאריך ה__________ של המוצר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מלכודת שיווקית גורמת לנו ל__________ כסף שלא היינו מוציאים בלי המבצע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עסקה טובה או מלכודת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אריזת ענק של נייר טואלט שמשתמשים בו כל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מלכודת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קניית חמש יחידות גלידה שתפוג בעוד 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עסקה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מוצר עם 'מחיר מוזל' שבעצם הועלה קודם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מלכודת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מבצע 1+1 על קפה שתמיד קונים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עסקה טובה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איך בודקים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תאריך התפוגה אם רלוונטי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אני באמת צריך/ה את המוצר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אם המבצע באמת משתלם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להשוות את מחיר היחידה למחיר הרגיל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מלכודת שיווקית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שבו מבצע נראה טוב אבל בעצם הוא מלכודת, והסבירו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למבצע שהוא עסקה טובה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למבצע שהוא מלכודת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הדבר החשוב ביותר לבדוק לפני שקונים במבצע?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מבצע או מלכודת?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